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ולחשב עודף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ולתכנן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הנחה באחוזים ומהו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למחשבה לפני קנייה בעזרת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כסף: מטבעות ושטרות – זיהוי מטבעות ושטרות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כסף: מטבעות ושטרות – סופרים כסף ומחשבים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כסף: מטבעות ושטרות – מתאימים ערך למטבע או לשטר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קונים ומחשבים עודף – מכירים את הכסף והעודף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כשסכום התשלום גדול מהמחיר, ההפרש חוזר לקונה כעודף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עודף כששילמנו בדיוק את הסכום המדויק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ומחשבים עודף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ומחשבים עודף – בעיות ושתי דרכים לשלם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צריך או רוצה? רשימת קניות ותקציב – זיהוי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מוצרי מזון בסיסיים שחייבים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ממתקים הם רצון – נחמד, אבל אפשר בלעדיהם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נעים שיהיו, אבל אי אפשר לחיות בלעדיהם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צריך או רוצה? רשימת קניות ותקציב – בונים רשימה בתקציב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צריך או רוצה? רשימת קניות ותקציב – מתכננים ובוחרים בחשיבה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ירקות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רושמים את כל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צריך או רוצה? רשימת קניות ותקציב – תכנון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בלשי המבצעים: הנחות ומחיר ליחידה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ההנחה מחושבת כאחוז מהמחיר המקורי ויורדת מהסכום לתשלום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מחיר ליחידה (לליטר, לקילו, ל-100 גרם) מראה כמה משלמים על 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דווקא האריזה הקטנה משתלמת יותר, חייבים לבדוק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בלשי המבצעים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בלשי המבצעים – מה באמת משתלם?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אריזות בגדלים שונים קשה להשוות ביניהן בלי לחשב מחיר לכמות קבועה כמו ליטר או קילו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רגע לפני שקונים ובודקים קבלה – מכירים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רגע לפני שקונים ובודקים קבלה – מיישמים בקנייה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הסכום צריך להיות 12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רגע לפני שקונים ובודקים קבלה – תרגילים ובדיקות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רגע לפני שקונים ובודקים קבלה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בעש״ן ד״ק היא דיבור עצמי, למשל לשאול את עצמי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 כפול 6 שווה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לחם, ירקות, חלב, ביצים – מוצרים בסיסיים הדרושים לארוחה ולא רק מוצרים מפנקים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ליחידה הוא המחיר לכמות קבועה (למשל לקילו או לליטר), והוא מאפשר להשוות בין אריזות בגדלים שונים ולבחור את המשתלמת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מחשב/ת עודף נכון בעזרת חיסור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ממיין/ת מוצרים נכון לצורך/רצון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חוזר/ת על חמשת השלבים: עוצרים, משחררים, נושמים,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שיעורים, פרק אחד בכל 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א׳-ב׳ מומלץ להשתמש במטבעות וסכומים נייר מהחוברת להדפסה כדי לתרגל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(ה׳-ו׳) אפשר להוסיף תרגול מחיר ליחידה עם מספרים 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לסיים בדיון קצר: למה בחרנו ככה? זה מחזק את מיומנות קבלת ההחלטות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קניות אמיתיות: כסף, עודף, הנחות ותכנון תקציב. עברו על הפרקים לפי הסדר, ובסוף כל פרק בדקו את התשובות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6  ·  7  ·  15  ·  30  ·  20  ·  123  ·  180  ·  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מכירים כסף: מטבעות ושטרות – זיהוי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אֵיזֶה מַטְבֵּעַ שָׁוֶה הֲכִי הַרְבֵּה כֶּסֶף?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כַּמָּה שָׁוֶה מַטְבֵּעַ שֶׁל חֲצִי שֶׁקֶל?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מכירים כסף: מטבעות ושטרות – סופרים כסף ומחשבים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יֵשׁ לִי מַטְבֵּעַ שֶׁל 5 ₪ וּמַטְבֵּעַ שֶׁל 2 ₪. בְּיַחַד יֵשׁ לִי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קָנִיתִי מַמְתָּק בְּ-3 ₪ וְשִׁלַּמְתִּי בְּמַטְבֵּעַ שֶׁל 5 ₪. הָעֹדֶף הוּא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מכירים כסף: מטבעות ושטרות – מתאימים ערך למטבע או לשטר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המטבע הקטן ביותר בערכו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השטר הקטן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קונים ומחשבים עודף – מכירים את הכסף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הכסף שהמוכר מחזיר לקונה כששילם יותר מהמחיר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שילמתי בדיוק 50 ₪ על מוצר שעולה 50 ₪, אני מקבל/ת עודף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קונים ומחשבים עודף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קניתי מוצר ב-5 ₪ ושילמתי בשטר של 10 ₪. העודף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שטר של 20 ₪. קניתי מוצר ב-14 ₪. העודף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קונים ומחשבים עודף – בעיות ושתי דרכים לשלם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קניתי שני מוצרים: עפרון ב-4 ₪ ומחברת ב-9 ₪. כמה שילמתי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צריך או רוצה? רשימת קניות ותקציב – זיהוי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לחם וחלב הם דוגמה לצורך ולא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ממתקים הם צורך, כי כל הילדים אוהבים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פרחים לשולחן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צריך או רוצה? רשימת קניות ותקציב – בונים רשימה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לחם ומאפים עולים 38 ₪ וחלב וגבינות עולים 85 ₪. ביחד הם עולים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היעד בקנייה לשבוע הוא להשאיר לפחות __________ ₪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צריך או רוצה? רשימת קניות ותקציב – מתכננים ובוחרים בחשיבה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מהמוצרים הבאים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 מוכנה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ירקות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פרחים לשולחן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בבניית רשימת קניות נבונה, מה עושים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קונים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בודקים כמה כסף נשאר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רושמים את כל הצרכים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צריך או רוצה? רשימת קניות ותקציב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בלשי המבצעים: הנחות ומחיר ליחידה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של 20% אומרת שמשלמים 20% פחות מהמחיר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ליחידה עוזר להשוות בין מוצרים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חבילה גדולה תמיד זולה יותר ליחידה מחבילה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בלשי המבצעים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מוצר שעולה 200 ₪ עם הנחה של 10% יעלה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מוצר שעלה במקור 80 ₪ ועכשיו עולה 60 ₪ - ההנחה היא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בלשי המבצעים – מה באמת משתלם?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לבדוק מחיר ליחידה ולא רק את המחיר הכולל שעל המדף? כתבו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רגע לפני שקונים ובודקים קבלה – מכירים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הפירוש של האות ע׳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הפירוש של האות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הפירוש של האות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נוסעים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רגע לפני שקונים ובודקים קבלה – מיישמים בקנייה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ראיתם הודעה: מבצע ענק שנגמר בעוד כמה דקות. מה השלב הראשון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בקבלה כתוב: 3 יחידות במחיר 4 ₪ ליחידה, וסך הכול 14 ₪. מה הטעות?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הסכום צריך להיות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ליחידה שגוי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רגע לפני שקונים ובודקים קבלה – תרגילים ובדיקות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קנו 5 יחידות במחיר 3 ₪ ליחידה. הסכום הכולל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רגע לפני שקונים ובודקים קבלה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ד׳ בעש״ן ד״ק מתייחסת ל"דיבור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קנו 4 מוצרים במחיר 6 ₪ ליחידה, הסכום הכולל צריך להיות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מטבע שווה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מהמוצרים האלה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הצעד הראשון בעש״ן ד״ק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משלמים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רשימת קניות לארוחת ערב משפחתית בתקציב של 60 שקלים. כתבו לפחות שלושה מוצרים שהם צורך.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מה זה מחיר ליחידה ולמה זה עוזר כשבוחרים בין שתי אריזות של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לחשב עודף נכון כשמשלמים יותר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