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יוצאים לקניות: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מטבעות ושטרות ולחשב עודף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ולתכנן רשימת קניות בתקציב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הנחה באחוזים ומהו מחיר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עצירה למחשבה לפני קנייה בעזרת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מכירים כסף: מטבעות ושטרות – זיהוי מטבעות ושטרות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20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מכירים כסף: מטבעות ושטרות – סופרים כסף ומחשבים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מכירים כסף: מטבעות ושטרות – מתאימים ערך למטבע או לשטר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(10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(50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(20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(200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(10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קונים ומחשבים עודף – מכירים את הכסף והעודף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כשסכום התשלום גדול מהמחיר, ההפרש חוזר לקונה כעודף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עודף כששילמנו בדיוק את הסכום המדויק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קונים ומחשבים עודף – תרגול 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קונים ומחשבים עודף – בעיות ושתי דרכים לשלם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13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17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שטר 20 ₪ + שטר 20 ₪ + מטבע 5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צריך או רוצה? רשימת קניות ותקציב – זיהוי צורך או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מוצרי מזון בסיסיים שחייבים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ממתקים הם רצון – נחמד, אבל אפשר בלעדיהם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נעים שיהיו, אבל אי אפשר לחיות בלעדיהם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קודם קונים צרכים, ורק אז – אם נשאר תקציב – רצונות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צריך או רוצה? רשימת קניות ותקציב – בונים רשימה בתקציב נתון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2. 70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צריך או רוצה? רשימת קניות ותקציב – מתכננים ובוחרים בחשיבה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ירקות ופירות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לא, לא יישאר מספיק לחיסכון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רושמים את כל הצרכים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צריך או רוצה? רשימת קניות ותקציב – תכנון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 עם מוצר אחד מכל קבוצה, סכום כולל עד 100 ₪ ולפחות 10 ₪ נשארים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צרכים הם דברים הכרחיים לחיים; אם קונים רצונות קודם, אולי לא יישאר כסף לדברים החשובים באמת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בלשי המבצעים: הנחות ומחיר ליחידה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ההנחה מחושבת כאחוז מהמחיר המקורי ויורדת מהסכום לתשלום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מחיר ליחידה (לליטר, לקילו, ל-100 גרם) מראה כמה משלמים על אותה 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לפעמים דווקא האריזה הקטנה משתלמת יותר, חייבים לבדוק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בלש מחירים משווה גם מחיר וגם כמות כדי לדעת מה משתלם באמת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בלשי המבצעים – תרגול חישובים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5. 400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בלשי המבצעים – מה באמת משתלם?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מארז: 27 חלקי 9 = 3 ₪ לליטר. בודד: 6 חלקי 1.5 = 4 ₪ לליטר. המארז משתלם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מחיר שתי חולצות 300 ₪, הנחה 30% היא 90 ₪, משלמים 210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אריזות בגדלים שונים קשה להשוות ביניהן בלי לחשב מחיר לכמות קבועה כמו ליטר או קילו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הצגת אחוז הנחה גדול על מחיר שהועלה מראש, או מבצע 1+1 כשהמחיר הבודד כבר יקר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רגע לפני שקונים ובודקים קבלה – מכירים את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רגע לפני שקונים ובודקים קבלה – מיישמים בקנייה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הסכום צריך להיות 12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רגע לפני שקונים ובודקים קבלה – תרגילים ובדיקות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רגע לפני שקונים ובודקים קבלה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ד׳ בעש״ן ד״ק היא דיבור עצמי, למשל לשאול את עצמי אם באמת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4 כפול 6 שווה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 השלבים בעש״ן ד״ק חשובים כדי לקבל החלטה מחושבת ולא פזיזה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מגוונות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6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מחשבים את המחיר ליחידה (לקילו או לליטר)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את הכמות כפול המחיר בכל 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20 שקלים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לחם, ירקות, חלב, ביצים – מוצרים בסיסיים הדרושים לארוחה ולא רק מוצרים מפנקים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מחיר ליחידה הוא המחיר לכמות קבועה (למשל לקילו או לליטר), והוא מאפשר להשוות בין אריזות בגדלים שונים ולבחור את המשתלמת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מסודר של חמשת הצעדים: עוצרים, משחררים, נושמים, מדברים עם עצמם ושואלים אם באמת צריך, ורק אז מחליטים קדימה בהתאם לתקציב ולצורך האמיתי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מחשב/ת עודף נכון בעזרת חיסור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ממיין/ת מוצרים נכון לצורך/רצון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חוזר/ת על חמשת השלבים: עוצרים, משחררים, נושמים, דיבור עצמי,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ל-5 שיעורים, פרק אחד בכל שיעור, עם חזרה קצרה בתחילת 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א׳-ב׳ מומלץ להשתמש במטבעות וסכומים נייר מהחוברת להדפסה כדי לתרגל פיזית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(ה׳-ו׳) אפשר להוסיף תרגול מחיר ליחידה עם מספרים גדולים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בכל פרק כדאי לסיים בדיון קצר: למה בחרנו ככה? זה מחזק את מיומנות קבלת ההחלטות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יוצאים לקניות: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תתרגלו קניות אמיתיות: כסף, עודף, הנחות ותכנון תקציב. עברו על הפרקים לפי הסדר, ובסוף כל פרק בדקו את התשובות שלכם.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מכירים כסף: מטבעות ושטרות – זיהוי מטבעות ושטרות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אֵיזֶה מַטְבֵּעַ שָׁוֶה הֲכִי הַרְבֵּה כֶּסֶף?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כַּמָּה שָׁוֶה מַטְבֵּעַ שֶׁל חֲצִי שֶׁקֶל?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מָה מֵהַבָּאִים הוּא שְׁטָר וְלֹא מַטְבֵּעַ?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כַּמָּה אֲגוֹרוֹת יֵשׁ בְּשֶׁקֶל אֶחָד?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מכירים כסף: מטבעות ושטרות – סופרים כסף ומחשבים 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יֵשׁ לִי מַטְבֵּעַ שֶׁל 5 ₪ וּמַטְבֵּעַ שֶׁל 2 ₪. בְּיַחַד יֵשׁ לִי 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קָנִיתִי מַמְתָּק בְּ-3 ₪ וְשִׁלַּמְתִּי בְּמַטְבֵּעַ שֶׁל 5 ₪. הָעֹדֶף הוּא 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יֵשׁ לִי שְׁנֵי מַטְבְּעוֹת שֶׁל 10 ₪. בְּיַחַד יֵשׁ לִי 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יֵשׁ לִי שְׁלוֹשָׁה מַטְבְּעוֹת שֶׁל 2 ₪ וּמַטְבֵּעַ אֶחָד שֶׁל 5 ₪. בְּיַחַד יֵשׁ לִי __________ 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מכירים כסף: מטבעות ושטרות – מתאימים ערך למטבע או לשטר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המטבע הקטן ביותר בערכו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חצי 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200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השטר הקטן ביותר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50 אגורות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השטר הגדול ביותר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20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מטבע של עשר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10 אגורות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קונים ומחשבים עודף – מכירים את הכסף והעודף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הוא הכסף שהמוכר מחזיר לקונה כששילם יותר מהמחיר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שילמתי בדיוק 50 ₪ על מוצר שעולה 50 ₪, אני מקבל/ת עודף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קונים ומחשבים עודף – תרגול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קניתי מוצר ב-5 ₪ ושילמתי בשטר של 10 ₪. העודף שלי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לי שטר של 20 ₪. קניתי מוצר ב-14 ₪. העודף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מוצר עולה 35 ₪. יש לי 28 ₪. חסר לי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שילמתי 30 ₪ על מוצר שעולה 22 ₪. העודף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קונים ומחשבים עודף – בעיות ושתי דרכים לשלם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קניתי שני מוצרים: עפרון ב-4 ₪ ומחברת ב-9 ₪. כמה שילמתי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יש לי 50 ₪. קניתי שני מוצרים: 18 ₪ ו-15 ₪. כמה עודף אקבל?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מוצר עולה 45 ₪. איזו דרך תשלום נותנת בדיוק את הסכום?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שטר 20 ₪ + שטר 20 ₪ + מטבע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שטר 50 ₪ + מטבע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שטר 20 ₪ + שטר 10 ₪ + מטבע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שטר 20 ₪ + מטבע 10 ₪ + מטבע 5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צריך או רוצה? רשימת קניות ותקציב – זיהוי צורך או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לחם וחלב הם דוגמה לצורך ולא לרצון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ממתקים הם צורך, כי כל הילדים אוהבים אותם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פרחים לשולחן הם 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נשאר כסף אחרי קניית כל הצרכים, אפשר להוסיף גם רצונות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צריך או רוצה? רשימת קניות ותקציב – בונים רשימה בתקציב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לחם ומאפים עולים 38 ₪ וחלב וגבינות עולים 85 ₪. ביחד הם עולים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בקנייה לשבוע יש תקציב של 500 ₪. אם קנו את כל הצרכים ב-430 ₪, נשארו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ביום שוק כיתתי יש לקבוצה 100 ₪. אם קנו ב-82 ₪, נשארו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היעד בקנייה לשבוע הוא להשאיר לפחות __________ ₪ לחיסכון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צריך או רוצה? רשימת קניות ותקציב – מתכננים ובוחרים בחשיבה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מהמוצרים הבאים הוא צורך ולא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 מוכנה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ירקות ופירות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פרחים לשולחן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חטיפים לסרט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בקנייה לשבוע קנו צרכים ב-430 ₪ מתוך 500 ₪. אפשר להוסיף עוגה ב-45 ₪ ולהשאיר 30 ₪ לחיסכון?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יישאר בדיוק 25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לא יישאר מספיק לחיסכון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כן, יישאר 45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בבניית רשימת קניות נבונה, מה עושים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קונים רצונות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בודקים כמה כסף נשאר לחיסכון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רושמים את כל הצרכים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קונים את המוצר הכי זול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צריך או רוצה? רשימת קניות ותקציב – תכנון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קנייה לפיקניק כיתתי בתקציב של 100 ₪: קנו לפחות מוצר אחד מכל קבוצה (שתייה, פירות, מאפה, מתוק) והשאירו לפחות 10 ₪ לקופת החיסכון. כתבו מה תקנו וכמה יישאר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לקנות קודם צרכים ורק אחר כך רצונות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בלשי המבצעים: הנחות ומחיר ליחידה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הנחה של 20% אומרת שמשלמים 20% פחות מהמחיר המקורי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ליחידה עוזר להשוות בין מוצרים בגדלים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חבילה גדולה תמיד זולה יותר ליחידה מחבילה קטנה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בלש מחירים טוב בודק רק את המחיר הכולל ולא את הכמות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בלשי המבצעים – תרגול חישובים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מוצר שעולה 200 ₪ עם הנחה של 10% יעלה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מוצר שעלה במקור 80 ₪ ועכשיו עולה 60 ₪ - ההנחה היא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שקית אורז של 2 קילו עולה 24 ₪. המחיר לקילו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בקבוק שמן של חצי ליטר עולה 15 ₪. המחיר לליטר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מוצר במחיר 500 ₪ עם הנחה של 20% - הסכום לתשלום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בלשי המבצעים – מה באמת משתלם?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בחנות יש בקבוק בודד של 1.5 ליטר ב-6 ₪, או מארז של 6 בקבוקים (9 ליטר) ב-27 ₪. מה משתלם יותר? הסבירו עם חישוב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חולצה עולה 150 ₪. יש מבצע: קונים שתיים ומקבלים 30% הנחה על הזוג. כמה משלמים על שתי חולצות?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לבדוק מחיר ליחידה ולא רק את המחיר הכולל שעל המדף? כתבו נימוק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שתי דרכים שבהן חנות יכולה להציג מבצע כך שייראה משתלם יותר ממה שהוא באמת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רגע לפני שקונים ובודקים קבלה – מכירים את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הפירוש של האות ע׳ בעש״ן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הפירוש של האות ש׳?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משחררים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שואלים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הפירוש של האות נ׳?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נותנים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נוסעים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הפירוש של האות ק׳, האחרונה בעש״ן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רגע לפני שקונים ובודקים קבלה – מיישמים בקנייה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ראיתם הודעה: מבצע ענק שנגמר בעוד כמה דקות. מה השלב הראשון בעש״ן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מתעצבנים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בקבלה כתוב: 3 יחידות במחיר 4 ₪ ליחידה, וסך הכול 14 ₪. מה הטעות?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הסכום צריך להיות 12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ליחידה שגוי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הכמות שגויה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רגע לפני שקונים ובודקים קבלה – תרגילים ובדיקות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קנו 5 יחידות במחיר 3 ₪ ליחידה. הסכום הכולל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שילמו 50 ₪ על קנייה של 32 ₪. העודף הנכון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רגע לפני שקונים ובודקים קבלה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ד׳ בעש״ן ד״ק מתייחסת ל"דיבור עצמי"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קנו 4 מוצרים במחיר 6 ₪ ליחידה, הסכום הכולל צריך להיות 24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עדיף לדלג על שלב הנשימה כדי לקנות מהר יותר לפני שהמבצע נגמר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מגוונות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מטבע שווה הכי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חצי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קניתם מוצר ב-14 שקלים ושילמתם בשטר של 20 שקלים. כמה עודף תקבלו?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16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מהמוצרים האלה הוא צורך ולא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צעצוע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בודקים אם מבצע באמת משתלם?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מחשבים את המחיר ליחידה (לקילו או לליטר)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בודקים את צבע האריזה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סופרים כמה אנשים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מסתכלים כמה זמן המבצע נמשך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הצעד הראשון בעש״ן ד״ק לפני 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 לקופה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בקבלה גיליתם שהסכום הכולל לא נכון. מה הכי חשוב לבדוק?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צבע הקבלה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הכמות כפול המחיר בכל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השעה שרשומה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שם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מהבאים הוא שטר ולא מטבע?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אגורות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רשימת קניות לארוחת ערב משפחתית בתקציב של 60 שקלים. כתבו לפחות שלושה מוצרים שהם צורך.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זה מחיר ליחידה ולמה זה עוזר כשבוחרים בין שתי אריזות של אותו מוצר.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קיבלתם הודעה על מבצע "50% הנחה – רק היום!". כתבו צעד אחרי צעד מה הייתם עושים לפי עש״ן ד״ק לפני שמחליטים לקנות.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לחשב עודף נכון כשמשלמים יותר מהמחיר?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זוכר/ת מה עושים בעש״ן ד״ק לפני שקונים?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יוצאים לקניות: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